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A6E53" w14:textId="2DABCDF6" w:rsidR="0059750F" w:rsidRPr="00610076" w:rsidRDefault="00000000" w:rsidP="00610076">
      <w:pPr>
        <w:pStyle w:val="Heading1"/>
        <w:rPr>
          <w:sz w:val="36"/>
          <w:szCs w:val="36"/>
        </w:rPr>
      </w:pPr>
      <w:r w:rsidRPr="00901551">
        <w:rPr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2F9EEECF" wp14:editId="4AA68CC7">
            <wp:simplePos x="0" y="0"/>
            <wp:positionH relativeFrom="column">
              <wp:posOffset>92710</wp:posOffset>
            </wp:positionH>
            <wp:positionV relativeFrom="paragraph">
              <wp:posOffset>40640</wp:posOffset>
            </wp:positionV>
            <wp:extent cx="1007999" cy="1007999"/>
            <wp:effectExtent l="0" t="0" r="190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 Logo blue(5)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07999" cy="1007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1551">
        <w:rPr>
          <w:sz w:val="48"/>
          <w:szCs w:val="48"/>
        </w:rPr>
        <w:t xml:space="preserve">       </w:t>
      </w:r>
      <w:r w:rsidRPr="00901551">
        <w:rPr>
          <w:sz w:val="48"/>
          <w:szCs w:val="48"/>
        </w:rPr>
        <w:t>ENSTONE PRIMARY SCHOOL</w:t>
      </w:r>
    </w:p>
    <w:p w14:paraId="172424F4" w14:textId="77777777" w:rsidR="00610076" w:rsidRDefault="00610076" w:rsidP="00610076">
      <w:pPr>
        <w:rPr>
          <w:rFonts w:ascii="Aptos" w:hAnsi="Aptos"/>
          <w:b/>
          <w:sz w:val="32"/>
        </w:rPr>
      </w:pPr>
    </w:p>
    <w:p w14:paraId="7857618E" w14:textId="0A92023A" w:rsidR="0059750F" w:rsidRPr="00901551" w:rsidRDefault="00000000" w:rsidP="00610076">
      <w:pPr>
        <w:jc w:val="center"/>
        <w:rPr>
          <w:rFonts w:ascii="Aptos" w:hAnsi="Aptos"/>
          <w:sz w:val="20"/>
          <w:szCs w:val="20"/>
        </w:rPr>
      </w:pPr>
      <w:r w:rsidRPr="00610076">
        <w:rPr>
          <w:rFonts w:ascii="Aptos" w:hAnsi="Aptos"/>
          <w:b/>
          <w:sz w:val="28"/>
          <w:szCs w:val="20"/>
        </w:rPr>
        <w:t>APPLICATION FOR EXCEPTIONAL LEAVE OF ABSENCE DURING TERM TIME</w:t>
      </w:r>
      <w:r w:rsidRPr="00610076">
        <w:rPr>
          <w:rFonts w:ascii="Aptos" w:hAnsi="Aptos"/>
          <w:b/>
          <w:sz w:val="28"/>
          <w:szCs w:val="20"/>
        </w:rPr>
        <w:br/>
      </w:r>
      <w:r w:rsidR="00901551" w:rsidRPr="00901551">
        <w:rPr>
          <w:rFonts w:ascii="Aptos" w:hAnsi="Aptos"/>
          <w:b/>
          <w:sz w:val="28"/>
          <w:szCs w:val="20"/>
        </w:rPr>
        <w:t xml:space="preserve">ACADEMIC YEAR </w:t>
      </w:r>
      <w:r w:rsidRPr="00901551">
        <w:rPr>
          <w:rFonts w:ascii="Aptos" w:hAnsi="Aptos"/>
          <w:b/>
          <w:sz w:val="28"/>
          <w:szCs w:val="20"/>
        </w:rPr>
        <w:t>2026–27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0"/>
      </w:tblGrid>
      <w:tr w:rsidR="0059750F" w:rsidRPr="00610076" w14:paraId="6C528044" w14:textId="77777777">
        <w:trPr>
          <w:jc w:val="center"/>
        </w:trPr>
        <w:tc>
          <w:tcPr>
            <w:tcW w:w="10540" w:type="dxa"/>
            <w:shd w:val="clear" w:color="auto" w:fill="173F6B"/>
          </w:tcPr>
          <w:p w14:paraId="4B468B15" w14:textId="77777777" w:rsidR="0059750F" w:rsidRPr="00610076" w:rsidRDefault="00000000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b/>
                <w:color w:val="FFFFFF"/>
                <w:sz w:val="28"/>
                <w:szCs w:val="24"/>
              </w:rPr>
              <w:t>Before you apply</w:t>
            </w:r>
          </w:p>
        </w:tc>
      </w:tr>
    </w:tbl>
    <w:p w14:paraId="340F902A" w14:textId="6E99D743" w:rsidR="0059750F" w:rsidRPr="00610076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We understand that families occasionally need to request leave during term time. By law, leave may only be authorised where exceptional circumstances apply</w:t>
      </w:r>
      <w:r w:rsidR="005F7CFB">
        <w:rPr>
          <w:rFonts w:ascii="Aptos" w:hAnsi="Aptos"/>
          <w:sz w:val="24"/>
          <w:szCs w:val="24"/>
        </w:rPr>
        <w:t>,</w:t>
      </w:r>
      <w:r w:rsidRPr="00610076">
        <w:rPr>
          <w:rFonts w:ascii="Aptos" w:hAnsi="Aptos"/>
          <w:sz w:val="24"/>
          <w:szCs w:val="24"/>
        </w:rPr>
        <w:t xml:space="preserve"> and the request is made in advance.</w:t>
      </w:r>
    </w:p>
    <w:p w14:paraId="541A5E9E" w14:textId="77777777" w:rsidR="0059750F" w:rsidRPr="00610076" w:rsidRDefault="00000000" w:rsidP="00610076">
      <w:pPr>
        <w:pStyle w:val="ListBullet"/>
        <w:numPr>
          <w:ilvl w:val="0"/>
          <w:numId w:val="0"/>
        </w:numPr>
        <w:ind w:left="360"/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☐ I have read the guidance above.</w:t>
      </w:r>
    </w:p>
    <w:p w14:paraId="12ACB88E" w14:textId="77777777" w:rsidR="0059750F" w:rsidRPr="00610076" w:rsidRDefault="00000000" w:rsidP="00610076">
      <w:pPr>
        <w:pStyle w:val="ListBullet"/>
        <w:numPr>
          <w:ilvl w:val="0"/>
          <w:numId w:val="0"/>
        </w:numPr>
        <w:ind w:left="360"/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☐ I understand holidays are not normally authorised during term time.</w:t>
      </w:r>
    </w:p>
    <w:p w14:paraId="0730DB4F" w14:textId="77777777" w:rsidR="0059750F" w:rsidRPr="00610076" w:rsidRDefault="00000000" w:rsidP="00610076">
      <w:pPr>
        <w:pStyle w:val="ListBullet"/>
        <w:numPr>
          <w:ilvl w:val="0"/>
          <w:numId w:val="0"/>
        </w:numPr>
        <w:ind w:left="360"/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☐ I understand unauthorised absence may result in a Penalty Notice.</w:t>
      </w:r>
    </w:p>
    <w:p w14:paraId="785A1041" w14:textId="77777777" w:rsidR="0059750F" w:rsidRPr="00610076" w:rsidRDefault="00000000" w:rsidP="00610076">
      <w:pPr>
        <w:pStyle w:val="ListBullet"/>
        <w:numPr>
          <w:ilvl w:val="0"/>
          <w:numId w:val="0"/>
        </w:numPr>
        <w:ind w:left="360"/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☐ I would like the Headteacher to consider my request.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0"/>
      </w:tblGrid>
      <w:tr w:rsidR="0059750F" w:rsidRPr="00610076" w14:paraId="4000514B" w14:textId="77777777">
        <w:trPr>
          <w:jc w:val="center"/>
        </w:trPr>
        <w:tc>
          <w:tcPr>
            <w:tcW w:w="10540" w:type="dxa"/>
            <w:shd w:val="clear" w:color="auto" w:fill="173F6B"/>
          </w:tcPr>
          <w:p w14:paraId="322E9469" w14:textId="77777777" w:rsidR="0059750F" w:rsidRPr="00610076" w:rsidRDefault="00000000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b/>
                <w:color w:val="FFFFFF"/>
                <w:sz w:val="28"/>
                <w:szCs w:val="24"/>
              </w:rPr>
              <w:t>Section 1 – Child Details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5"/>
        <w:gridCol w:w="5265"/>
      </w:tblGrid>
      <w:tr w:rsidR="0059750F" w:rsidRPr="00610076" w14:paraId="589B8600" w14:textId="77777777">
        <w:tc>
          <w:tcPr>
            <w:tcW w:w="5270" w:type="dxa"/>
          </w:tcPr>
          <w:p w14:paraId="673B7938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Pupil name</w:t>
            </w:r>
          </w:p>
        </w:tc>
        <w:tc>
          <w:tcPr>
            <w:tcW w:w="5270" w:type="dxa"/>
          </w:tcPr>
          <w:p w14:paraId="6FA6446A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7F7D7FEF" w14:textId="77777777">
        <w:tc>
          <w:tcPr>
            <w:tcW w:w="5270" w:type="dxa"/>
          </w:tcPr>
          <w:p w14:paraId="617092A1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Class / Year</w:t>
            </w:r>
          </w:p>
        </w:tc>
        <w:tc>
          <w:tcPr>
            <w:tcW w:w="5270" w:type="dxa"/>
          </w:tcPr>
          <w:p w14:paraId="36B60228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5AF33D93" w14:textId="77777777">
        <w:tc>
          <w:tcPr>
            <w:tcW w:w="5270" w:type="dxa"/>
          </w:tcPr>
          <w:p w14:paraId="0CA1F800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Date of birth</w:t>
            </w:r>
          </w:p>
        </w:tc>
        <w:tc>
          <w:tcPr>
            <w:tcW w:w="5270" w:type="dxa"/>
          </w:tcPr>
          <w:p w14:paraId="3CB3DB5C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1F6DDD87" w14:textId="77777777">
        <w:tc>
          <w:tcPr>
            <w:tcW w:w="5270" w:type="dxa"/>
          </w:tcPr>
          <w:p w14:paraId="408E127C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Parent / Carer</w:t>
            </w:r>
          </w:p>
        </w:tc>
        <w:tc>
          <w:tcPr>
            <w:tcW w:w="5270" w:type="dxa"/>
          </w:tcPr>
          <w:p w14:paraId="2567EFF9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0"/>
      </w:tblGrid>
      <w:tr w:rsidR="0059750F" w:rsidRPr="00610076" w14:paraId="0A4627E8" w14:textId="77777777">
        <w:trPr>
          <w:jc w:val="center"/>
        </w:trPr>
        <w:tc>
          <w:tcPr>
            <w:tcW w:w="10540" w:type="dxa"/>
            <w:shd w:val="clear" w:color="auto" w:fill="173F6B"/>
          </w:tcPr>
          <w:p w14:paraId="54D8551D" w14:textId="77777777" w:rsidR="0059750F" w:rsidRPr="00610076" w:rsidRDefault="00000000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b/>
                <w:color w:val="FFFFFF"/>
                <w:sz w:val="28"/>
                <w:szCs w:val="24"/>
              </w:rPr>
              <w:t>Section 2 – Leave Requested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2"/>
        <w:gridCol w:w="2632"/>
        <w:gridCol w:w="2633"/>
        <w:gridCol w:w="2633"/>
      </w:tblGrid>
      <w:tr w:rsidR="0059750F" w:rsidRPr="00610076" w14:paraId="5F2FC0FC" w14:textId="77777777">
        <w:tc>
          <w:tcPr>
            <w:tcW w:w="2635" w:type="dxa"/>
          </w:tcPr>
          <w:p w14:paraId="4075B81D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First day</w:t>
            </w:r>
          </w:p>
        </w:tc>
        <w:tc>
          <w:tcPr>
            <w:tcW w:w="2635" w:type="dxa"/>
          </w:tcPr>
          <w:p w14:paraId="7F24F949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Last day</w:t>
            </w:r>
          </w:p>
        </w:tc>
        <w:tc>
          <w:tcPr>
            <w:tcW w:w="2635" w:type="dxa"/>
          </w:tcPr>
          <w:p w14:paraId="487C7408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Return date</w:t>
            </w:r>
          </w:p>
        </w:tc>
        <w:tc>
          <w:tcPr>
            <w:tcW w:w="2635" w:type="dxa"/>
          </w:tcPr>
          <w:p w14:paraId="697C4353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School days</w:t>
            </w:r>
          </w:p>
        </w:tc>
      </w:tr>
      <w:tr w:rsidR="0059750F" w:rsidRPr="00610076" w14:paraId="23E42135" w14:textId="77777777">
        <w:tc>
          <w:tcPr>
            <w:tcW w:w="2635" w:type="dxa"/>
          </w:tcPr>
          <w:p w14:paraId="460B6AB9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35" w:type="dxa"/>
          </w:tcPr>
          <w:p w14:paraId="3F0A199E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35" w:type="dxa"/>
          </w:tcPr>
          <w:p w14:paraId="01859725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35" w:type="dxa"/>
          </w:tcPr>
          <w:p w14:paraId="7D042A9F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3D69BE5D" w14:textId="77777777">
        <w:tc>
          <w:tcPr>
            <w:tcW w:w="10540" w:type="dxa"/>
            <w:gridSpan w:val="4"/>
          </w:tcPr>
          <w:p w14:paraId="01DAAE9F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Reason (tick one): ☐ Bereavement  ☐ Religious observance  ☐ Armed Forces  ☐ Medical  ☐ Exceptional family circumstances  ☐ Other</w:t>
            </w:r>
          </w:p>
        </w:tc>
      </w:tr>
    </w:tbl>
    <w:p w14:paraId="1CB8BCE6" w14:textId="249423BD" w:rsidR="0059750F" w:rsidRPr="00610076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Brief explanation:</w:t>
      </w:r>
    </w:p>
    <w:p w14:paraId="76337621" w14:textId="77777777" w:rsidR="0059750F" w:rsidRPr="00610076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__________________________________________________________________________________________</w:t>
      </w:r>
    </w:p>
    <w:p w14:paraId="2F47C122" w14:textId="77777777" w:rsidR="0059750F" w:rsidRPr="00610076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Supporting evidence attached?   ☐ Yes    ☐ No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0"/>
      </w:tblGrid>
      <w:tr w:rsidR="0059750F" w:rsidRPr="00610076" w14:paraId="2E36CC11" w14:textId="77777777">
        <w:trPr>
          <w:jc w:val="center"/>
        </w:trPr>
        <w:tc>
          <w:tcPr>
            <w:tcW w:w="10540" w:type="dxa"/>
            <w:shd w:val="clear" w:color="auto" w:fill="173F6B"/>
          </w:tcPr>
          <w:p w14:paraId="6EC8F39D" w14:textId="77777777" w:rsidR="0059750F" w:rsidRPr="00610076" w:rsidRDefault="00000000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b/>
                <w:color w:val="FFFFFF"/>
                <w:sz w:val="28"/>
                <w:szCs w:val="24"/>
              </w:rPr>
              <w:t>Declaration</w:t>
            </w:r>
          </w:p>
        </w:tc>
      </w:tr>
    </w:tbl>
    <w:p w14:paraId="073F6FBC" w14:textId="7FED710E" w:rsidR="0059750F" w:rsidRPr="00610076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☐ I confirm the information provided is correct.</w:t>
      </w:r>
      <w:r w:rsidRPr="00610076">
        <w:rPr>
          <w:rFonts w:ascii="Aptos" w:hAnsi="Aptos"/>
          <w:sz w:val="24"/>
          <w:szCs w:val="24"/>
        </w:rPr>
        <w:br/>
        <w:t>☐ I understand this request will be considered in line with DfE guidance and the Enstone Primary School Attendance Policy.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3"/>
        <w:gridCol w:w="2632"/>
        <w:gridCol w:w="2633"/>
        <w:gridCol w:w="2632"/>
      </w:tblGrid>
      <w:tr w:rsidR="0059750F" w:rsidRPr="00610076" w14:paraId="17E27D8A" w14:textId="77777777">
        <w:tc>
          <w:tcPr>
            <w:tcW w:w="2635" w:type="dxa"/>
          </w:tcPr>
          <w:p w14:paraId="27AE44AF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Signature</w:t>
            </w:r>
          </w:p>
        </w:tc>
        <w:tc>
          <w:tcPr>
            <w:tcW w:w="2635" w:type="dxa"/>
          </w:tcPr>
          <w:p w14:paraId="638DA8B1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Date</w:t>
            </w:r>
          </w:p>
        </w:tc>
        <w:tc>
          <w:tcPr>
            <w:tcW w:w="2635" w:type="dxa"/>
          </w:tcPr>
          <w:p w14:paraId="4C8D7434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Telephone</w:t>
            </w:r>
          </w:p>
        </w:tc>
        <w:tc>
          <w:tcPr>
            <w:tcW w:w="2635" w:type="dxa"/>
          </w:tcPr>
          <w:p w14:paraId="69AFC9ED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Email</w:t>
            </w:r>
          </w:p>
        </w:tc>
      </w:tr>
      <w:tr w:rsidR="0059750F" w:rsidRPr="00610076" w14:paraId="4F8894FA" w14:textId="77777777">
        <w:tc>
          <w:tcPr>
            <w:tcW w:w="2635" w:type="dxa"/>
          </w:tcPr>
          <w:p w14:paraId="3A3E9564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66F6D4F2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35" w:type="dxa"/>
          </w:tcPr>
          <w:p w14:paraId="26544280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35" w:type="dxa"/>
          </w:tcPr>
          <w:p w14:paraId="0987E246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2635" w:type="dxa"/>
          </w:tcPr>
          <w:p w14:paraId="3D004CA1" w14:textId="77777777" w:rsidR="0059750F" w:rsidRPr="00610076" w:rsidRDefault="0059750F">
            <w:pPr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45C82884" w14:textId="77777777" w:rsidR="0059750F" w:rsidRPr="00610076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0"/>
      </w:tblGrid>
      <w:tr w:rsidR="0059750F" w:rsidRPr="00610076" w14:paraId="35282798" w14:textId="77777777">
        <w:trPr>
          <w:jc w:val="center"/>
        </w:trPr>
        <w:tc>
          <w:tcPr>
            <w:tcW w:w="10540" w:type="dxa"/>
            <w:shd w:val="clear" w:color="auto" w:fill="173F6B"/>
          </w:tcPr>
          <w:p w14:paraId="2AC726CC" w14:textId="77777777" w:rsidR="0059750F" w:rsidRPr="00610076" w:rsidRDefault="00000000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b/>
                <w:color w:val="FFFFFF"/>
                <w:sz w:val="28"/>
                <w:szCs w:val="24"/>
              </w:rPr>
              <w:lastRenderedPageBreak/>
              <w:t>School Office Use Only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66"/>
        <w:gridCol w:w="5264"/>
      </w:tblGrid>
      <w:tr w:rsidR="0059750F" w:rsidRPr="00610076" w14:paraId="4C7C73AB" w14:textId="77777777">
        <w:tc>
          <w:tcPr>
            <w:tcW w:w="5270" w:type="dxa"/>
          </w:tcPr>
          <w:p w14:paraId="6083B0A2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Attendance to date</w:t>
            </w:r>
          </w:p>
        </w:tc>
        <w:tc>
          <w:tcPr>
            <w:tcW w:w="5270" w:type="dxa"/>
          </w:tcPr>
          <w:p w14:paraId="30379CDF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371C1C75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00393B23" w14:textId="77777777">
        <w:tc>
          <w:tcPr>
            <w:tcW w:w="5270" w:type="dxa"/>
          </w:tcPr>
          <w:p w14:paraId="5D6E45AE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Sessions absent this year</w:t>
            </w:r>
          </w:p>
        </w:tc>
        <w:tc>
          <w:tcPr>
            <w:tcW w:w="5270" w:type="dxa"/>
          </w:tcPr>
          <w:p w14:paraId="25CD19AC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6A7406E4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4281463D" w14:textId="77777777">
        <w:tc>
          <w:tcPr>
            <w:tcW w:w="5270" w:type="dxa"/>
          </w:tcPr>
          <w:p w14:paraId="2E9E6D2E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Previous unauthorised leave? ☐Yes ☐No</w:t>
            </w:r>
          </w:p>
        </w:tc>
        <w:tc>
          <w:tcPr>
            <w:tcW w:w="5270" w:type="dxa"/>
          </w:tcPr>
          <w:p w14:paraId="72343BC8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0ECF51C9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0ECFE368" w14:textId="77777777">
        <w:tc>
          <w:tcPr>
            <w:tcW w:w="5270" w:type="dxa"/>
          </w:tcPr>
          <w:p w14:paraId="7470712B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Previous Penalty Notice? ☐Yes ☐No</w:t>
            </w:r>
          </w:p>
        </w:tc>
        <w:tc>
          <w:tcPr>
            <w:tcW w:w="5270" w:type="dxa"/>
          </w:tcPr>
          <w:p w14:paraId="18902717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18B264C0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279C49C1" w14:textId="77777777">
        <w:tc>
          <w:tcPr>
            <w:tcW w:w="5270" w:type="dxa"/>
          </w:tcPr>
          <w:p w14:paraId="5853D576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Exceptional circumstances met? ☐Yes ☐No</w:t>
            </w:r>
          </w:p>
        </w:tc>
        <w:tc>
          <w:tcPr>
            <w:tcW w:w="5270" w:type="dxa"/>
          </w:tcPr>
          <w:p w14:paraId="268455E7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2330F10D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1BFD60A2" w14:textId="77777777">
        <w:tc>
          <w:tcPr>
            <w:tcW w:w="5270" w:type="dxa"/>
          </w:tcPr>
          <w:p w14:paraId="31C63646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Leave authorised? ☐Yes ☐No</w:t>
            </w:r>
          </w:p>
        </w:tc>
        <w:tc>
          <w:tcPr>
            <w:tcW w:w="5270" w:type="dxa"/>
          </w:tcPr>
          <w:p w14:paraId="615B2BED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1C1CE802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689266B7" w14:textId="77777777">
        <w:tc>
          <w:tcPr>
            <w:tcW w:w="5270" w:type="dxa"/>
          </w:tcPr>
          <w:p w14:paraId="6270DA67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Register code</w:t>
            </w:r>
          </w:p>
        </w:tc>
        <w:tc>
          <w:tcPr>
            <w:tcW w:w="5270" w:type="dxa"/>
          </w:tcPr>
          <w:p w14:paraId="7E6E4EA6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1E777A0F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</w:tr>
      <w:tr w:rsidR="0059750F" w:rsidRPr="00610076" w14:paraId="61AA07AD" w14:textId="77777777">
        <w:tc>
          <w:tcPr>
            <w:tcW w:w="5270" w:type="dxa"/>
          </w:tcPr>
          <w:p w14:paraId="537B6F71" w14:textId="77777777" w:rsidR="0059750F" w:rsidRPr="00610076" w:rsidRDefault="00000000">
            <w:pPr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sz w:val="24"/>
                <w:szCs w:val="24"/>
              </w:rPr>
              <w:t>Headteacher / Date</w:t>
            </w:r>
          </w:p>
        </w:tc>
        <w:tc>
          <w:tcPr>
            <w:tcW w:w="5270" w:type="dxa"/>
          </w:tcPr>
          <w:p w14:paraId="7C5CCD05" w14:textId="77777777" w:rsidR="0059750F" w:rsidRDefault="0059750F">
            <w:pPr>
              <w:rPr>
                <w:rFonts w:ascii="Aptos" w:hAnsi="Aptos"/>
                <w:sz w:val="24"/>
                <w:szCs w:val="24"/>
              </w:rPr>
            </w:pPr>
          </w:p>
          <w:p w14:paraId="416F30A5" w14:textId="77777777" w:rsidR="00901551" w:rsidRPr="00610076" w:rsidRDefault="00901551">
            <w:pPr>
              <w:rPr>
                <w:rFonts w:ascii="Aptos" w:hAnsi="Aptos"/>
                <w:sz w:val="24"/>
                <w:szCs w:val="24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0"/>
      </w:tblGrid>
      <w:tr w:rsidR="0059750F" w:rsidRPr="00610076" w14:paraId="29A1AF39" w14:textId="77777777">
        <w:trPr>
          <w:jc w:val="center"/>
        </w:trPr>
        <w:tc>
          <w:tcPr>
            <w:tcW w:w="10540" w:type="dxa"/>
            <w:shd w:val="clear" w:color="auto" w:fill="173F6B"/>
          </w:tcPr>
          <w:p w14:paraId="52F55A9A" w14:textId="77777777" w:rsidR="0059750F" w:rsidRPr="00610076" w:rsidRDefault="00000000">
            <w:pPr>
              <w:jc w:val="center"/>
              <w:rPr>
                <w:rFonts w:ascii="Aptos" w:hAnsi="Aptos"/>
                <w:sz w:val="24"/>
                <w:szCs w:val="24"/>
              </w:rPr>
            </w:pPr>
            <w:r w:rsidRPr="00610076">
              <w:rPr>
                <w:rFonts w:ascii="Aptos" w:hAnsi="Aptos"/>
                <w:b/>
                <w:color w:val="FFFFFF"/>
                <w:sz w:val="28"/>
                <w:szCs w:val="24"/>
              </w:rPr>
              <w:t>Quick Reference</w:t>
            </w:r>
          </w:p>
        </w:tc>
      </w:tr>
    </w:tbl>
    <w:p w14:paraId="14B3E74A" w14:textId="77777777" w:rsidR="00901551" w:rsidRDefault="00901551">
      <w:pPr>
        <w:rPr>
          <w:rFonts w:ascii="Aptos" w:hAnsi="Aptos"/>
          <w:sz w:val="24"/>
          <w:szCs w:val="24"/>
        </w:rPr>
      </w:pPr>
    </w:p>
    <w:p w14:paraId="3ACBD90D" w14:textId="003176B9" w:rsidR="0059750F" w:rsidRPr="00610076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 xml:space="preserve">Leave may </w:t>
      </w:r>
      <w:r w:rsidR="005F7CFB">
        <w:rPr>
          <w:rFonts w:ascii="Aptos" w:hAnsi="Aptos"/>
          <w:sz w:val="24"/>
          <w:szCs w:val="24"/>
        </w:rPr>
        <w:t xml:space="preserve">potentially </w:t>
      </w:r>
      <w:r w:rsidRPr="00610076">
        <w:rPr>
          <w:rFonts w:ascii="Aptos" w:hAnsi="Aptos"/>
          <w:sz w:val="24"/>
          <w:szCs w:val="24"/>
        </w:rPr>
        <w:t xml:space="preserve">be </w:t>
      </w:r>
      <w:proofErr w:type="spellStart"/>
      <w:r w:rsidRPr="00610076">
        <w:rPr>
          <w:rFonts w:ascii="Aptos" w:hAnsi="Aptos"/>
          <w:sz w:val="24"/>
          <w:szCs w:val="24"/>
        </w:rPr>
        <w:t>authorised</w:t>
      </w:r>
      <w:proofErr w:type="spellEnd"/>
      <w:r w:rsidRPr="00610076">
        <w:rPr>
          <w:rFonts w:ascii="Aptos" w:hAnsi="Aptos"/>
          <w:sz w:val="24"/>
          <w:szCs w:val="24"/>
        </w:rPr>
        <w:t xml:space="preserve"> when:</w:t>
      </w:r>
      <w:r w:rsidRPr="00610076">
        <w:rPr>
          <w:rFonts w:ascii="Aptos" w:hAnsi="Aptos"/>
          <w:sz w:val="24"/>
          <w:szCs w:val="24"/>
        </w:rPr>
        <w:br/>
        <w:t>✓ Requested in advance.</w:t>
      </w:r>
      <w:r w:rsidRPr="00610076">
        <w:rPr>
          <w:rFonts w:ascii="Aptos" w:hAnsi="Aptos"/>
          <w:sz w:val="24"/>
          <w:szCs w:val="24"/>
        </w:rPr>
        <w:br/>
        <w:t>✓ Exceptional circumstances apply.</w:t>
      </w:r>
      <w:r w:rsidRPr="00610076">
        <w:rPr>
          <w:rFonts w:ascii="Aptos" w:hAnsi="Aptos"/>
          <w:sz w:val="24"/>
          <w:szCs w:val="24"/>
        </w:rPr>
        <w:br/>
        <w:t>✓ Evidence is provided where appropriate.</w:t>
      </w:r>
    </w:p>
    <w:p w14:paraId="39529C2B" w14:textId="7B695C45" w:rsidR="0059750F" w:rsidRPr="00610076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Leave is not normally authorised for:</w:t>
      </w:r>
      <w:r w:rsidRPr="00610076">
        <w:rPr>
          <w:rFonts w:ascii="Aptos" w:hAnsi="Aptos"/>
          <w:sz w:val="24"/>
          <w:szCs w:val="24"/>
        </w:rPr>
        <w:br/>
      </w:r>
      <w:r w:rsidRPr="00610076">
        <w:rPr>
          <w:rFonts w:ascii="Segoe UI Symbol" w:hAnsi="Segoe UI Symbol" w:cs="Segoe UI Symbol"/>
          <w:sz w:val="24"/>
          <w:szCs w:val="24"/>
        </w:rPr>
        <w:t>✗</w:t>
      </w:r>
      <w:r w:rsidRPr="00610076">
        <w:rPr>
          <w:rFonts w:ascii="Aptos" w:hAnsi="Aptos"/>
          <w:sz w:val="24"/>
          <w:szCs w:val="24"/>
        </w:rPr>
        <w:t xml:space="preserve"> Holidays</w:t>
      </w:r>
      <w:r w:rsidRPr="00610076">
        <w:rPr>
          <w:rFonts w:ascii="Aptos" w:hAnsi="Aptos"/>
          <w:sz w:val="24"/>
          <w:szCs w:val="24"/>
        </w:rPr>
        <w:br/>
      </w:r>
      <w:r w:rsidRPr="00610076">
        <w:rPr>
          <w:rFonts w:ascii="Segoe UI Symbol" w:hAnsi="Segoe UI Symbol" w:cs="Segoe UI Symbol"/>
          <w:sz w:val="24"/>
          <w:szCs w:val="24"/>
        </w:rPr>
        <w:t>✗</w:t>
      </w:r>
      <w:r w:rsidRPr="00610076">
        <w:rPr>
          <w:rFonts w:ascii="Aptos" w:hAnsi="Aptos"/>
          <w:sz w:val="24"/>
          <w:szCs w:val="24"/>
        </w:rPr>
        <w:t xml:space="preserve"> Cheaper travel</w:t>
      </w:r>
      <w:r w:rsidRPr="00610076">
        <w:rPr>
          <w:rFonts w:ascii="Aptos" w:hAnsi="Aptos"/>
          <w:sz w:val="24"/>
          <w:szCs w:val="24"/>
        </w:rPr>
        <w:br/>
      </w:r>
      <w:r w:rsidRPr="00610076">
        <w:rPr>
          <w:rFonts w:ascii="Segoe UI Symbol" w:hAnsi="Segoe UI Symbol" w:cs="Segoe UI Symbol"/>
          <w:sz w:val="24"/>
          <w:szCs w:val="24"/>
        </w:rPr>
        <w:t>✗</w:t>
      </w:r>
      <w:r w:rsidRPr="00610076">
        <w:rPr>
          <w:rFonts w:ascii="Aptos" w:hAnsi="Aptos"/>
          <w:sz w:val="24"/>
          <w:szCs w:val="24"/>
        </w:rPr>
        <w:t xml:space="preserve"> Extending weekends</w:t>
      </w:r>
      <w:r w:rsidRPr="00610076">
        <w:rPr>
          <w:rFonts w:ascii="Aptos" w:hAnsi="Aptos"/>
          <w:sz w:val="24"/>
          <w:szCs w:val="24"/>
        </w:rPr>
        <w:br/>
      </w:r>
      <w:r w:rsidRPr="00610076">
        <w:rPr>
          <w:rFonts w:ascii="Segoe UI Symbol" w:hAnsi="Segoe UI Symbol" w:cs="Segoe UI Symbol"/>
          <w:sz w:val="24"/>
          <w:szCs w:val="24"/>
        </w:rPr>
        <w:t>✗</w:t>
      </w:r>
      <w:r w:rsidRPr="00610076">
        <w:rPr>
          <w:rFonts w:ascii="Aptos" w:hAnsi="Aptos"/>
          <w:sz w:val="24"/>
          <w:szCs w:val="24"/>
        </w:rPr>
        <w:t xml:space="preserve"> Family convenience</w:t>
      </w:r>
    </w:p>
    <w:p w14:paraId="313DEC4C" w14:textId="605C3CC1" w:rsidR="0059750F" w:rsidRDefault="00000000">
      <w:pPr>
        <w:rPr>
          <w:rFonts w:ascii="Aptos" w:hAnsi="Aptos"/>
          <w:sz w:val="24"/>
          <w:szCs w:val="24"/>
        </w:rPr>
      </w:pPr>
      <w:r w:rsidRPr="00610076">
        <w:rPr>
          <w:rFonts w:ascii="Aptos" w:hAnsi="Aptos"/>
          <w:sz w:val="24"/>
          <w:szCs w:val="24"/>
        </w:rPr>
        <w:t>Need advice before booking? Please contact the school office. We are always happy to discuss your circumstances confidentially.</w:t>
      </w:r>
    </w:p>
    <w:p w14:paraId="27DE2BFD" w14:textId="6326F0D1" w:rsidR="00D35802" w:rsidRDefault="00D35802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Thank you for completing this form for our records.</w:t>
      </w:r>
    </w:p>
    <w:p w14:paraId="1AABF601" w14:textId="67F16235" w:rsidR="00A75278" w:rsidRPr="00610076" w:rsidRDefault="00A75278">
      <w:pPr>
        <w:rPr>
          <w:rFonts w:ascii="Aptos" w:hAnsi="Aptos"/>
          <w:sz w:val="24"/>
          <w:szCs w:val="24"/>
        </w:rPr>
      </w:pPr>
      <w:r w:rsidRPr="00A75278">
        <w:rPr>
          <w:rFonts w:ascii="Aptos" w:hAnsi="Aptos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4D08C48" wp14:editId="7EDFC8CF">
            <wp:simplePos x="0" y="0"/>
            <wp:positionH relativeFrom="column">
              <wp:posOffset>740410</wp:posOffset>
            </wp:positionH>
            <wp:positionV relativeFrom="paragraph">
              <wp:posOffset>53975</wp:posOffset>
            </wp:positionV>
            <wp:extent cx="5143500" cy="1831340"/>
            <wp:effectExtent l="0" t="0" r="0" b="0"/>
            <wp:wrapSquare wrapText="bothSides"/>
            <wp:docPr id="10277582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75820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75278" w:rsidRPr="00610076" w:rsidSect="00034616">
      <w:pgSz w:w="12240" w:h="15840"/>
      <w:pgMar w:top="680" w:right="850" w:bottom="68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2441174">
    <w:abstractNumId w:val="8"/>
  </w:num>
  <w:num w:numId="2" w16cid:durableId="1302999082">
    <w:abstractNumId w:val="6"/>
  </w:num>
  <w:num w:numId="3" w16cid:durableId="586227625">
    <w:abstractNumId w:val="5"/>
  </w:num>
  <w:num w:numId="4" w16cid:durableId="563299329">
    <w:abstractNumId w:val="4"/>
  </w:num>
  <w:num w:numId="5" w16cid:durableId="328681286">
    <w:abstractNumId w:val="7"/>
  </w:num>
  <w:num w:numId="6" w16cid:durableId="1395082270">
    <w:abstractNumId w:val="3"/>
  </w:num>
  <w:num w:numId="7" w16cid:durableId="402292402">
    <w:abstractNumId w:val="2"/>
  </w:num>
  <w:num w:numId="8" w16cid:durableId="1773889701">
    <w:abstractNumId w:val="1"/>
  </w:num>
  <w:num w:numId="9" w16cid:durableId="610746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87DE8"/>
    <w:rsid w:val="0059750F"/>
    <w:rsid w:val="005F7CFB"/>
    <w:rsid w:val="00610076"/>
    <w:rsid w:val="00901551"/>
    <w:rsid w:val="00925D6A"/>
    <w:rsid w:val="00A75278"/>
    <w:rsid w:val="00AA1D8D"/>
    <w:rsid w:val="00B47730"/>
    <w:rsid w:val="00CB0664"/>
    <w:rsid w:val="00D358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0A5A5"/>
  <w14:defaultImageDpi w14:val="300"/>
  <w15:docId w15:val="{BCDA5139-824C-4EC6-9963-860D2C97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9312103 headteacher.2103</cp:lastModifiedBy>
  <cp:revision>7</cp:revision>
  <dcterms:created xsi:type="dcterms:W3CDTF">2026-08-02T15:37:00Z</dcterms:created>
  <dcterms:modified xsi:type="dcterms:W3CDTF">2026-08-02T15:42:00Z</dcterms:modified>
  <cp:category/>
</cp:coreProperties>
</file>